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把零散說明，整理成新人手冊</w:t>
      </w:r>
    </w:p>
    <w:p>
      <w:pPr/>
      <w:r>
        <w:t>讓新人找到現行做法，也知道哪些地方還要問人。</w:t>
      </w:r>
    </w:p>
    <w:p>
      <w:pPr>
        <w:pStyle w:val="Heading2"/>
      </w:pPr>
      <w:r>
        <w:t>本課成果</w:t>
      </w:r>
    </w:p>
    <w:p>
      <w:pPr/>
      <w:r>
        <w:t>一份附來源版本、例外與檢查點的補貨SOP草稿。</w:t>
      </w:r>
    </w:p>
    <w:p>
      <w:pPr>
        <w:pStyle w:val="Heading2"/>
      </w:pPr>
      <w:r>
        <w:t>使用條件</w:t>
      </w:r>
    </w:p>
    <w:p>
      <w:pPr/>
      <w:r>
        <w:t>下方三份文件都是虛構教材。現行版明確優先於舊版；名詞表只解釋詞義，不自行增加採購或庫存規則。</w:t>
      </w:r>
    </w:p>
    <w:p>
      <w:pPr>
        <w:pStyle w:val="Heading2"/>
      </w:pPr>
      <w:r>
        <w:t>虛構練習材料</w:t>
      </w:r>
    </w:p>
    <w:p>
      <w:pPr/>
      <w:r>
        <w:t>• 文件A｜現行補貨說明v2，2026-10-01生效：每週一由值班人員核對展示區數量，把缺少品項列到補貨表，交店長確認後才移出倉庫。數量不符時先暫停該品項並回報店長。</w:t>
      </w:r>
    </w:p>
    <w:p>
      <w:pPr/>
      <w:r>
        <w:t>• 文件B｜舊版v1，已停用：每天直接從倉庫補滿展示區，不需先確認。</w:t>
      </w:r>
    </w:p>
    <w:p>
      <w:pPr/>
      <w:r>
        <w:t>• 文件C｜名詞：展示區＝顧客可拿取的架面；倉庫＝後方儲位；補貨表＝品項、差額、確認人紀錄。</w:t>
      </w:r>
    </w:p>
    <w:p>
      <w:pPr/>
      <w:r>
        <w:t>• 缺漏：店長不在時誰能確認，現行文件沒有寫。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先列文件清單與有效狀態</w:t>
      </w:r>
    </w:p>
    <w:p>
      <w:pPr/>
      <w:r>
        <w:t>把A標成現行、B標成停用、C標成名詞。要求 Claude 先回報將使用哪些來源，再整理流程。不能只按檔案最後修改時間猜哪一份有效，因為舊文件也可能今天才被複製進資料夾。</w:t>
      </w:r>
    </w:p>
    <w:p>
      <w:pPr/>
      <w:r>
        <w:t>舊版可以留下作差異比較，但不能把「每天直接補滿」拼回現行流程。有效版本由公司指定，AI不替公司決定。</w:t>
      </w:r>
    </w:p>
    <w:p>
      <w:pPr>
        <w:pStyle w:val="Heading2"/>
      </w:pPr>
      <w:r>
        <w:t>2. 把段落改成可照做的步驟</w:t>
      </w:r>
    </w:p>
    <w:p>
      <w:pPr/>
      <w:r>
        <w:t>現行步驟應包含：週一核對展示數量、列缺項、送店長確認、確認後才移貨。每一步標出執行者、需要的資料及完成後要看到什麼。</w:t>
      </w:r>
    </w:p>
    <w:p>
      <w:pPr/>
      <w:r>
        <w:t>數量不符是例外分支，要停該品項並回報店長。不要為了讓流程完整，自創「差額小於5件可自行調整」之類的門檻。</w:t>
      </w:r>
    </w:p>
    <w:p>
      <w:pPr>
        <w:pStyle w:val="Heading2"/>
      </w:pPr>
      <w:r>
        <w:t>3. 未寫的規則留成可處理的問題</w:t>
      </w:r>
    </w:p>
    <w:p>
      <w:pPr/>
      <w:r>
        <w:t>店長不在時誰能核准，資料沒有答案。放進「待確認規則」，列出會影響哪一步，交給負責人補齊。</w:t>
      </w:r>
    </w:p>
    <w:p>
      <w:pPr/>
      <w:r>
        <w:t>手冊最後放來源版本與更新人；未來換規則時，知道要重新檢查哪些步驟。用一個漂亮檔名不等於公司已正式核准這份SOP。</w:t>
      </w:r>
    </w:p>
    <w:p>
      <w:pPr>
        <w:pStyle w:val="Heading2"/>
      </w:pPr>
      <w:r>
        <w:t>4. 用情境試走，而不只朗讀</w:t>
      </w:r>
    </w:p>
    <w:p>
      <w:pPr/>
      <w:r>
        <w:t>先用正常案例：展示區少3本筆記本，倉庫帳實相符。再用例外案例：倉庫帳上10本、實際只有8本。檢查手冊是否讓新人分別找到一般步驟與暫停回報的分支。</w:t>
      </w:r>
    </w:p>
    <w:p>
      <w:pPr/>
      <w:r>
        <w:t>最後請另一位同事只看手冊走一次，記下他卡住的位置。這一步需要真人驗收；課程提供試走表，不會把作者自己讀過當成同事已接得住。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請依文件A現行v2與文件C名詞表，整理門市補貨SOP Word。文件B已停用，只在版本差異中提及，不得混入現行步驟。每步列執行者、動作、檢查點與來源。另列例外、待確認規則及正常／數量不符兩個試走案例。店長不在時的核准者未知，請保留待確認，不自訂公司規則。提供可下載docx，這是草稿，不標已核准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請檢查是否混入舊版「每天直接補滿、不需確認」。若有請移除；保留週一、店長確認後才移貨，以及數量不符先暫停回報。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有效版本：以A v2為準，B停用不混入。</w:t>
      </w:r>
    </w:p>
    <w:p>
      <w:pPr/>
      <w:r>
        <w:t>• 正常流程：週一核對→列缺項→店長確認→移貨。</w:t>
      </w:r>
    </w:p>
    <w:p>
      <w:pPr/>
      <w:r>
        <w:t>• 例外：數量不符先暫停該品項、回報店長。</w:t>
      </w:r>
    </w:p>
    <w:p>
      <w:pPr/>
      <w:r>
        <w:t>• 缺漏：店長不在的確認人待確認。</w:t>
      </w:r>
    </w:p>
    <w:p>
      <w:pPr>
        <w:pStyle w:val="Heading2"/>
      </w:pPr>
      <w:r>
        <w:t>完成清單</w:t>
      </w:r>
    </w:p>
    <w:p>
      <w:pPr/>
      <w:r>
        <w:t>• □ 每項規則都能追到來源版本。</w:t>
      </w:r>
    </w:p>
    <w:p>
      <w:pPr/>
      <w:r>
        <w:t>• □ 舊版流程沒有混進現行手冊。</w:t>
      </w:r>
    </w:p>
    <w:p>
      <w:pPr/>
      <w:r>
        <w:t>• □ 另一位同事試走的問題有地方記錄。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多文件整理的官方範例</w:t>
        <w:br/>
        <w:t>https://academy.claude.com/use-cases/prep-scattered-documents-for-a-compliance-audit</w:t>
      </w:r>
    </w:p>
    <w:p>
      <w:pPr/>
      <w:r>
        <w:rPr>
          <w:sz w:val="16"/>
        </w:rPr>
        <w:t>建立可編輯文件</w:t>
        <w:br/>
        <w:t>https://support.claude.com/en/articles/12111783-create-and-edit-files-with-claude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08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